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CERTIFICADO DE TRABAJO</w:t>
      </w:r>
    </w:p>
    <w:p>
      <w:r>
        <w:t>Lugar y fecha: ______________________________________</w:t>
      </w:r>
    </w:p>
    <w:p>
      <w:r>
        <w:t>Por medio de la presente certifico que la Sra./el Sr. ______________________________________, DNI N° ____________, CUIL N° ____________, se desempeña / se desempeñó en mi domicilio particular sito en ____________________________________________________________, en tareas de personal de casas particulares, categoría ____________________, modalidad ☐ con retiro ☐ sin retiro.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Fecha de ingreso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</w:p>
        </w:tc>
      </w:tr>
      <w:tr>
        <w:tc>
          <w:tcPr>
            <w:tcW w:type="dxa" w:w="4986"/>
          </w:tcPr>
          <w:p>
            <w:r>
              <w:t>Fecha de egreso</w:t>
            </w:r>
          </w:p>
        </w:tc>
        <w:tc>
          <w:tcPr>
            <w:tcW w:type="dxa" w:w="4986"/>
          </w:tcPr>
          <w:p>
            <w:r>
              <w:t>(dejar en blanco si continúa)</w:t>
            </w:r>
          </w:p>
        </w:tc>
      </w:tr>
      <w:tr>
        <w:tc>
          <w:tcPr>
            <w:tcW w:type="dxa" w:w="4986"/>
          </w:tcPr>
          <w:p>
            <w:r>
              <w:t>Horas semanales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Remuneración actual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Relación registrada en ARCA</w:t>
            </w:r>
          </w:p>
        </w:tc>
        <w:tc>
          <w:tcPr>
            <w:tcW w:type="dxa" w:w="4986"/>
          </w:tcPr>
          <w:p>
            <w:r>
              <w:t>☐ Sí   ☐ No</w:t>
            </w:r>
          </w:p>
        </w:tc>
      </w:tr>
    </w:tbl>
    <w:p/>
    <w:p>
      <w:r>
        <w:t>Se extiende el presente a pedido de la interesada / del interesado, para ser presentado ante quien corresponda.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br/>
              <w:br/>
              <w:t>________________________________</w:t>
            </w:r>
          </w:p>
        </w:tc>
      </w:tr>
      <w:tr>
        <w:tc>
          <w:tcPr>
            <w:tcW w:type="dxa" w:w="9972"/>
          </w:tcPr>
          <w:p>
            <w:r>
              <w:t>Firma del empleador/a</w:t>
              <w:br/>
              <w:t>Aclaración, DNI y teléfono</w:t>
            </w:r>
          </w:p>
        </w:tc>
      </w:tr>
    </w:tbl>
    <w:p/>
    <w:p>
      <w:r>
        <w:rPr>
          <w:color w:val="777777"/>
          <w:sz w:val="15"/>
        </w:rPr>
        <w:t>Modelo orientativo de empleadasdomesticas.dir.ar · Régimen Ley 26.844 · Revisalo con un profesional antes de usarlo en un conflicto.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